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Arial" w:hAnsi="Arial"/>
          <w:b/>
          <w:sz w:val="36"/>
        </w:rPr>
        <w:t>MODELO DE CARTA DE DEMISSÃO</w:t>
      </w:r>
    </w:p>
    <w:p>
      <w:pPr>
        <w:jc w:val="center"/>
      </w:pPr>
      <w:r>
        <w:rPr>
          <w:rFonts w:ascii="Arial" w:hAnsi="Arial"/>
          <w:i/>
          <w:color w:val="5A5A5A"/>
          <w:sz w:val="20"/>
        </w:rPr>
        <w:t>Guia de preenchimento — remova esta página antes de entregar a carta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EDEDED"/>
          </w:tcPr>
          <w:p>
            <w:r>
              <w:rPr>
                <w:rFonts w:ascii="Arial" w:hAnsi="Arial"/>
                <w:b/>
                <w:sz w:val="19"/>
              </w:rPr>
              <w:t>Família</w:t>
            </w:r>
          </w:p>
        </w:tc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b w:val="0"/>
                <w:sz w:val="19"/>
              </w:rPr>
              <w:t>Documento jurídico simples</w:t>
            </w:r>
          </w:p>
        </w:tc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EDEDED"/>
          </w:tcPr>
          <w:p>
            <w:r>
              <w:rPr>
                <w:rFonts w:ascii="Arial" w:hAnsi="Arial"/>
                <w:b/>
                <w:sz w:val="19"/>
              </w:rPr>
              <w:t>Área</w:t>
            </w:r>
          </w:p>
        </w:tc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b w:val="0"/>
                <w:sz w:val="19"/>
              </w:rPr>
              <w:t>Direito do Trabalho</w:t>
            </w:r>
          </w:p>
        </w:tc>
      </w:tr>
      <w:tr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EDEDED"/>
          </w:tcPr>
          <w:p>
            <w:r>
              <w:rPr>
                <w:rFonts w:ascii="Arial" w:hAnsi="Arial"/>
                <w:b/>
                <w:sz w:val="19"/>
              </w:rPr>
              <w:t>Jurisdição</w:t>
            </w:r>
          </w:p>
        </w:tc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b w:val="0"/>
                <w:sz w:val="19"/>
              </w:rPr>
              <w:t>Brasil</w:t>
            </w:r>
          </w:p>
        </w:tc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EDEDED"/>
          </w:tcPr>
          <w:p>
            <w:r>
              <w:rPr>
                <w:rFonts w:ascii="Arial" w:hAnsi="Arial"/>
                <w:b/>
                <w:sz w:val="19"/>
              </w:rPr>
              <w:t>Risco</w:t>
            </w:r>
          </w:p>
        </w:tc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b w:val="0"/>
                <w:sz w:val="19"/>
              </w:rPr>
              <w:t>Médio</w:t>
            </w:r>
          </w:p>
        </w:tc>
      </w:tr>
      <w:tr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EDEDED"/>
          </w:tcPr>
          <w:p>
            <w:r>
              <w:rPr>
                <w:rFonts w:ascii="Arial" w:hAnsi="Arial"/>
                <w:b/>
                <w:sz w:val="19"/>
              </w:rPr>
              <w:t>Versão</w:t>
            </w:r>
          </w:p>
        </w:tc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b w:val="0"/>
                <w:sz w:val="19"/>
              </w:rPr>
              <w:t>1.0</w:t>
            </w:r>
          </w:p>
        </w:tc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EDEDED"/>
          </w:tcPr>
          <w:p>
            <w:r>
              <w:rPr>
                <w:rFonts w:ascii="Arial" w:hAnsi="Arial"/>
                <w:b/>
                <w:sz w:val="19"/>
              </w:rPr>
              <w:t>Revisado em</w:t>
            </w:r>
          </w:p>
        </w:tc>
        <w:tc>
          <w:tcPr>
            <w:tcW w:type="dxa" w:w="23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b w:val="0"/>
                <w:sz w:val="19"/>
              </w:rPr>
              <w:t>11/08/2026</w:t>
            </w:r>
          </w:p>
        </w:tc>
      </w:tr>
    </w:tbl>
    <w:p/>
    <w:p>
      <w:pPr>
        <w:pStyle w:val="Heading1"/>
      </w:pPr>
      <w:r>
        <w:rPr>
          <w:rFonts w:ascii="Arial" w:hAnsi="Arial"/>
          <w:b/>
          <w:sz w:val="28"/>
        </w:rPr>
        <w:t>1. Quando usar</w:t>
      </w:r>
    </w:p>
    <w:p>
      <w:pPr>
        <w:pStyle w:val="ListBullet"/>
      </w:pPr>
      <w:r>
        <w:rPr>
          <w:rFonts w:ascii="Arial" w:hAnsi="Arial"/>
          <w:sz w:val="22"/>
        </w:rPr>
        <w:t>Pedido voluntário de demissão por empregado regido pela CLT, em situação comum e, preferencialmente, com contrato por prazo indeterminado.</w:t>
      </w:r>
    </w:p>
    <w:p>
      <w:pPr>
        <w:pStyle w:val="ListBullet"/>
      </w:pPr>
      <w:r>
        <w:rPr>
          <w:rFonts w:ascii="Arial" w:hAnsi="Arial"/>
          <w:sz w:val="22"/>
        </w:rPr>
        <w:t>Comunicação escrita ao empregador ou ao setor de Recursos Humanos, com registro claro da iniciativa do empregado e da situação do aviso-prévio.</w:t>
      </w:r>
    </w:p>
    <w:p>
      <w:pPr>
        <w:pStyle w:val="Heading1"/>
      </w:pPr>
      <w:r>
        <w:rPr>
          <w:rFonts w:ascii="Arial" w:hAnsi="Arial"/>
          <w:b/>
          <w:sz w:val="28"/>
        </w:rPr>
        <w:t>2. Quando não usar sem revisão específica</w:t>
      </w:r>
    </w:p>
    <w:p>
      <w:pPr>
        <w:pStyle w:val="ListBullet"/>
      </w:pPr>
      <w:r>
        <w:rPr>
          <w:rFonts w:ascii="Arial" w:hAnsi="Arial"/>
          <w:sz w:val="22"/>
        </w:rPr>
        <w:t>Rescisão indireta, acordo de extinção do contrato, término ou ruptura antecipada de contrato por prazo determinado, emprego doméstico, vínculo estatutário ou outras relações submetidas a regime especial.</w:t>
      </w:r>
    </w:p>
    <w:p>
      <w:pPr>
        <w:pStyle w:val="ListBullet"/>
      </w:pPr>
      <w:r>
        <w:rPr>
          <w:rFonts w:ascii="Arial" w:hAnsi="Arial"/>
          <w:sz w:val="22"/>
        </w:rPr>
        <w:t>Situações de garantia provisória de emprego ou estabilidade, especialmente gestação. O TST possui tese vinculante específica sobre pedido de demissão de empregada gestante.</w:t>
      </w:r>
    </w:p>
    <w:p>
      <w:pPr>
        <w:pStyle w:val="ListBullet"/>
      </w:pPr>
      <w:r>
        <w:rPr>
          <w:rFonts w:ascii="Arial" w:hAnsi="Arial"/>
          <w:sz w:val="22"/>
        </w:rPr>
        <w:t>Casos em que o empregado alega coação, assédio, falta grave do empregador ou pretende discutir direitos decorrentes da ruptura.</w:t>
      </w:r>
    </w:p>
    <w:p>
      <w:pPr>
        <w:pStyle w:val="Heading1"/>
      </w:pPr>
      <w:r>
        <w:rPr>
          <w:rFonts w:ascii="Arial" w:hAnsi="Arial"/>
          <w:b/>
          <w:sz w:val="28"/>
        </w:rPr>
        <w:t>3. Escolha uma opção para o aviso-prévio</w:t>
      </w:r>
    </w:p>
    <w:p>
      <w:r>
        <w:rPr>
          <w:rFonts w:ascii="Arial" w:hAnsi="Arial"/>
          <w:b/>
          <w:sz w:val="22"/>
        </w:rPr>
        <w:t xml:space="preserve">A — Cumprimento: </w:t>
      </w:r>
      <w:r>
        <w:rPr>
          <w:rFonts w:ascii="Arial" w:hAnsi="Arial"/>
          <w:sz w:val="22"/>
        </w:rPr>
        <w:t>“Cumprirei o aviso-prévio de 30 (trinta) dias, com término previsto em {{DATA_ULTIMO_DIA}}.”</w:t>
      </w:r>
    </w:p>
    <w:p>
      <w:r>
        <w:rPr>
          <w:rFonts w:ascii="Arial" w:hAnsi="Arial"/>
          <w:b/>
          <w:sz w:val="22"/>
        </w:rPr>
        <w:t xml:space="preserve">B — Pedido de dispensa: </w:t>
      </w:r>
      <w:r>
        <w:rPr>
          <w:rFonts w:ascii="Arial" w:hAnsi="Arial"/>
          <w:sz w:val="22"/>
        </w:rPr>
        <w:t>“Solicito a dispensa do cumprimento do aviso-prévio, com desligamento em {{DATA_DE_DESLIGAMENTO_PRETENDIDA}}, e peço confirmação expressa da empresa quanto à aceitação desta solicitação.”</w:t>
      </w:r>
    </w:p>
    <w:p>
      <w:r>
        <w:rPr>
          <w:rFonts w:ascii="Arial" w:hAnsi="Arial"/>
          <w:b/>
          <w:sz w:val="22"/>
        </w:rPr>
        <w:t xml:space="preserve">C — Cumprimento parcial: </w:t>
      </w:r>
      <w:r>
        <w:rPr>
          <w:rFonts w:ascii="Arial" w:hAnsi="Arial"/>
          <w:sz w:val="22"/>
        </w:rPr>
        <w:t>“Solicito cumprir o aviso-prévio até {{DATA_ULTIMO_DIA_PRETENDIDA}}, pedindo a dispensa do período remanescente e confirmação expressa da empresa quanto à aceitação.”</w:t>
      </w:r>
    </w:p>
    <w:p>
      <w:pPr>
        <w:pStyle w:val="Notadepreenchimento"/>
      </w:pPr>
      <w:r>
        <w:rPr>
          <w:rFonts w:ascii="Arial" w:hAnsi="Arial"/>
          <w:i/>
          <w:sz w:val="20"/>
        </w:rPr>
        <w:t>Atenção: na falta de aviso-prévio pelo empregado, a CLT admite desconto dos salários correspondentes ao prazo respectivo. A dispensa do cumprimento deve ser confirmada pela empresa. Para empregado mensalista em pedido de demissão, o padrão de 30 dias é o utilizado no modelo.</w:t>
      </w:r>
    </w:p>
    <w:p>
      <w:r>
        <w:br w:type="page"/>
      </w:r>
    </w:p>
    <w:p>
      <w:pPr>
        <w:pStyle w:val="Heading1"/>
      </w:pPr>
      <w:r>
        <w:rPr>
          <w:rFonts w:ascii="Arial" w:hAnsi="Arial"/>
          <w:b/>
          <w:sz w:val="28"/>
        </w:rPr>
        <w:t>4. Campos a preencher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4703"/>
            <w:shd w:fill="EDEDED"/>
          </w:tcPr>
          <w:p>
            <w:r>
              <w:rPr>
                <w:rFonts w:ascii="Arial" w:hAnsi="Arial"/>
                <w:b/>
                <w:sz w:val="19"/>
              </w:rPr>
              <w:t>Campo</w:t>
            </w:r>
          </w:p>
        </w:tc>
        <w:tc>
          <w:tcPr>
            <w:tcW w:type="dxa" w:w="4703"/>
            <w:shd w:fill="EDEDED"/>
          </w:tcPr>
          <w:p>
            <w:r>
              <w:rPr>
                <w:rFonts w:ascii="Arial" w:hAnsi="Arial"/>
                <w:b/>
                <w:sz w:val="19"/>
              </w:rPr>
              <w:t>Como preencher</w:t>
            </w:r>
          </w:p>
        </w:tc>
      </w:tr>
      <w:tr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{{NOME_EMPREGADOR}}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nome empresarial ou nome do empregador</w:t>
            </w:r>
          </w:p>
        </w:tc>
      </w:tr>
      <w:tr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{{SETOR_OU_RESPONSAVEL}}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RH, gestor ou responsável que receberá a carta, se aplicável</w:t>
            </w:r>
          </w:p>
        </w:tc>
      </w:tr>
      <w:tr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{{NOME_COMPLETO}}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nome do empregado</w:t>
            </w:r>
          </w:p>
        </w:tc>
      </w:tr>
      <w:tr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{{CARGO}}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cargo ou função</w:t>
            </w:r>
          </w:p>
        </w:tc>
      </w:tr>
      <w:tr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{{TEXTO_DA_OPCAO_DE_AVISO_PREVIO}}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copiar apenas uma das opções A, B ou C acima</w:t>
            </w:r>
          </w:p>
        </w:tc>
      </w:tr>
      <w:tr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{{CIDADE}}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cidade em que a carta é assinada</w:t>
            </w:r>
          </w:p>
        </w:tc>
      </w:tr>
      <w:tr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{{DATA}}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r>
              <w:rPr>
                <w:rFonts w:ascii="Arial" w:hAnsi="Arial"/>
                <w:sz w:val="19"/>
              </w:rPr>
              <w:t>data da assinatura e entrega</w:t>
            </w:r>
          </w:p>
        </w:tc>
      </w:tr>
    </w:tbl>
    <w:p>
      <w:pPr>
        <w:pStyle w:val="Notadepreenchimento"/>
      </w:pPr>
      <w:r>
        <w:rPr>
          <w:rFonts w:ascii="Arial" w:hAnsi="Arial"/>
          <w:i/>
          <w:sz w:val="20"/>
        </w:rPr>
        <w:t>Boa prática: entregue por meio que permita comprovar o recebimento e guarde uma cópia. Reconhecimento de firma e testemunhas não são tratados aqui como requisitos gerais obrigatórios.</w:t>
      </w:r>
    </w:p>
    <w:p>
      <w:r>
        <w:br w:type="page"/>
      </w:r>
    </w:p>
    <w:p>
      <w:pPr>
        <w:jc w:val="right"/>
      </w:pPr>
      <w:r>
        <w:rPr>
          <w:rFonts w:ascii="Arial" w:hAnsi="Arial"/>
          <w:sz w:val="22"/>
        </w:rPr>
        <w:t>{{CIDADE}}, {{DATA}}</w:t>
      </w:r>
    </w:p>
    <w:p/>
    <w:p>
      <w:r>
        <w:rPr>
          <w:rFonts w:ascii="Arial" w:hAnsi="Arial"/>
          <w:sz w:val="22"/>
        </w:rPr>
        <w:t>À</w:t>
      </w:r>
    </w:p>
    <w:p>
      <w:r>
        <w:rPr>
          <w:rFonts w:ascii="Arial" w:hAnsi="Arial"/>
          <w:b/>
          <w:sz w:val="22"/>
        </w:rPr>
        <w:t>{{NOME_EMPREGADOR}}</w:t>
      </w:r>
    </w:p>
    <w:p>
      <w:r>
        <w:rPr>
          <w:rFonts w:ascii="Arial" w:hAnsi="Arial"/>
          <w:sz w:val="22"/>
        </w:rPr>
        <w:t>A/C: {{SETOR_OU_RESPONSAVEL}}</w:t>
      </w:r>
    </w:p>
    <w:p/>
    <w:p>
      <w:pPr>
        <w:jc w:val="center"/>
      </w:pPr>
      <w:r>
        <w:rPr>
          <w:rFonts w:ascii="Arial" w:hAnsi="Arial"/>
          <w:b/>
          <w:sz w:val="22"/>
        </w:rPr>
        <w:t>ASSUNTO: PEDIDO DE DEMISSÃO</w:t>
      </w:r>
    </w:p>
    <w:p/>
    <w:p>
      <w:pPr>
        <w:ind w:firstLine="709"/>
        <w:jc w:val="both"/>
      </w:pPr>
      <w:r>
        <w:rPr>
          <w:rFonts w:ascii="Arial" w:hAnsi="Arial"/>
          <w:sz w:val="22"/>
        </w:rPr>
        <w:t>Eu, {{NOME_COMPLETO}}, atualmente exercendo a função de {{CARGO}}, venho, por meio desta, comunicar de forma livre e inequívoca meu pedido de demissão, por iniciativa própria, do contrato de trabalho mantido com {{NOME_EMPREGADOR}}.</w:t>
      </w:r>
    </w:p>
    <w:p>
      <w:pPr>
        <w:ind w:firstLine="709"/>
        <w:jc w:val="both"/>
      </w:pPr>
      <w:r>
        <w:rPr>
          <w:rFonts w:ascii="Arial" w:hAnsi="Arial"/>
          <w:sz w:val="22"/>
        </w:rPr>
        <w:t>Quanto ao aviso-prévio: {{TEXTO_DA_OPCAO_DE_AVISO_PREVIO}}</w:t>
      </w:r>
    </w:p>
    <w:p>
      <w:pPr>
        <w:ind w:firstLine="709"/>
        <w:jc w:val="both"/>
      </w:pPr>
      <w:r>
        <w:rPr>
          <w:rFonts w:ascii="Arial" w:hAnsi="Arial"/>
          <w:sz w:val="22"/>
        </w:rPr>
        <w:t>Solicito que sejam adotadas as providências necessárias à formalização do desligamento, ao pagamento das verbas rescisórias legalmente devidas e à entrega dos documentos pertinentes.</w:t>
      </w:r>
    </w:p>
    <w:p>
      <w:pPr>
        <w:ind w:firstLine="709"/>
      </w:pPr>
      <w:r>
        <w:rPr>
          <w:rFonts w:ascii="Arial" w:hAnsi="Arial"/>
          <w:sz w:val="22"/>
        </w:rPr>
        <w:t>Atenciosamente,</w:t>
      </w:r>
    </w:p>
    <w:p/>
    <w:p/>
    <w:p/>
    <w:p>
      <w:pPr>
        <w:jc w:val="center"/>
      </w:pPr>
      <w:r>
        <w:rPr>
          <w:rFonts w:ascii="Arial" w:hAnsi="Arial"/>
          <w:sz w:val="22"/>
        </w:rPr>
        <w:t>____________________________________________</w:t>
      </w:r>
    </w:p>
    <w:p>
      <w:pPr>
        <w:jc w:val="center"/>
      </w:pPr>
      <w:r>
        <w:rPr>
          <w:rFonts w:ascii="Arial" w:hAnsi="Arial"/>
          <w:b/>
          <w:sz w:val="22"/>
        </w:rPr>
        <w:t>{{NOME_COMPLETO}}</w:t>
      </w:r>
    </w:p>
    <w:p>
      <w:pPr>
        <w:jc w:val="center"/>
      </w:pPr>
      <w:r>
        <w:rPr>
          <w:rFonts w:ascii="Arial" w:hAnsi="Arial"/>
          <w:sz w:val="19"/>
        </w:rPr>
        <w:t>Assinatura do empregado</w:t>
      </w:r>
    </w:p>
    <w:p/>
    <w:p>
      <w:r>
        <w:rPr>
          <w:rFonts w:ascii="Arial" w:hAnsi="Arial"/>
          <w:b/>
          <w:sz w:val="19"/>
        </w:rPr>
        <w:t>PROTOCOLO DE RECEBIMENTO (opcional)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4703"/>
            <w:tcMar>
              <w:top w:w="100" w:type="dxa"/>
              <w:start w:w="120" w:type="dxa"/>
              <w:bottom w:w="160" w:type="dxa"/>
              <w:end w:w="120" w:type="dxa"/>
            </w:tcMar>
            <w:shd w:fill="F3F3F3"/>
          </w:tcPr>
          <w:p>
            <w:r>
              <w:rPr>
                <w:rFonts w:ascii="Arial" w:hAnsi="Arial"/>
                <w:b/>
                <w:sz w:val="18"/>
              </w:rPr>
              <w:t>Recebido em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60" w:type="dxa"/>
              <w:end w:w="12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  <w:t>{{DATA_RECEBIMENTO}}</w:t>
            </w:r>
          </w:p>
        </w:tc>
      </w:tr>
      <w:tr>
        <w:tc>
          <w:tcPr>
            <w:tcW w:type="dxa" w:w="4703"/>
            <w:tcMar>
              <w:top w:w="100" w:type="dxa"/>
              <w:start w:w="120" w:type="dxa"/>
              <w:bottom w:w="160" w:type="dxa"/>
              <w:end w:w="120" w:type="dxa"/>
            </w:tcMar>
            <w:shd w:fill="F3F3F3"/>
          </w:tcPr>
          <w:p>
            <w:r>
              <w:rPr>
                <w:rFonts w:ascii="Arial" w:hAnsi="Arial"/>
                <w:b/>
                <w:sz w:val="18"/>
              </w:rPr>
              <w:t>Nome do responsável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60" w:type="dxa"/>
              <w:end w:w="12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  <w:t>{{NOME_RESPONSAVEL_RECEBIMENTO}}</w:t>
            </w:r>
          </w:p>
        </w:tc>
      </w:tr>
      <w:tr>
        <w:tc>
          <w:tcPr>
            <w:tcW w:type="dxa" w:w="4703"/>
            <w:tcMar>
              <w:top w:w="100" w:type="dxa"/>
              <w:start w:w="120" w:type="dxa"/>
              <w:bottom w:w="160" w:type="dxa"/>
              <w:end w:w="120" w:type="dxa"/>
            </w:tcMar>
            <w:shd w:fill="F3F3F3"/>
          </w:tcPr>
          <w:p>
            <w:r>
              <w:rPr>
                <w:rFonts w:ascii="Arial" w:hAnsi="Arial"/>
                <w:b/>
                <w:sz w:val="18"/>
              </w:rPr>
              <w:t>Assinatura / confirmação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60" w:type="dxa"/>
              <w:end w:w="12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</w:tbl>
    <w:sectPr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Arial" w:hAnsi="Arial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4F81BD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tadepreenchimento">
    <w:name w:val="Nota de preenchimento"/>
    <w:pPr>
      <w:spacing w:after="120"/>
    </w:pPr>
    <w:rPr>
      <w:rFonts w:ascii="Arial" w:hAnsi="Arial"/>
      <w:i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Carta de Demissão</dc:title>
  <dc:subject>Modelo editável de carta de demissão - Brasil</dc:subject>
  <dc:creator/>
  <cp:keywords>carta de demissão; pedido de demissão; trabalhista; modelo Word</cp:keywords>
  <dc:description>Modelo geral com placeholders. Versão 1.0. Revisado em 11/08/2026.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